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43A9" w:rsidRDefault="008C3C10">
      <w:pPr>
        <w:pStyle w:val="1"/>
      </w:pPr>
      <w:r>
        <w:t>Sharestart Worksheet – Let’s Learn from the Past!</w:t>
      </w:r>
    </w:p>
    <w:p w:rsidR="008E43A9" w:rsidRDefault="008C3C10">
      <w:r>
        <w:t>Name: ____________    No. _______</w:t>
      </w:r>
    </w:p>
    <w:p w:rsidR="008E43A9" w:rsidRDefault="008C3C10">
      <w:r>
        <w:t>Group Members: Leader______  Speaker______  Writer______  Examiner______</w:t>
      </w:r>
    </w:p>
    <w:p w:rsidR="008E43A9" w:rsidRDefault="008C3C10">
      <w:pPr>
        <w:pStyle w:val="21"/>
      </w:pPr>
      <w:r>
        <w:t>Task 1 – Warm-Up Activity: “I Didn't Study… And Then…”</w:t>
      </w:r>
    </w:p>
    <w:p w:rsidR="008E43A9" w:rsidRDefault="008C3C10">
      <w:r>
        <w:t>Objective: Use past tense creatively and reflect on study habits.</w:t>
      </w:r>
      <w:r>
        <w:br/>
        <w:t>1. Write a short paragraph using past tense (3–4 sentences). Start with:</w:t>
      </w:r>
      <w:r>
        <w:br/>
        <w:t>“I didn’t study for my _____. I felt _____. Then, I _____. In the end, I ____.”</w:t>
      </w:r>
      <w:r>
        <w:br/>
        <w:t>2. Go to https://www.craiyon.com and type a sentence about your story.</w:t>
      </w:r>
      <w:r>
        <w:br/>
        <w:t>3. Generate an image and share it with your group.</w:t>
      </w:r>
      <w:r>
        <w:br/>
        <w:t>4. (Optional) Post your image and story on Padlet.</w:t>
      </w:r>
      <w:r>
        <w:br/>
        <w:t>Language Goal: Use at least two past tense verbs in your story.</w:t>
      </w:r>
    </w:p>
    <w:p w:rsidR="008E43A9" w:rsidRDefault="008C3C10">
      <w:pPr>
        <w:pStyle w:val="21"/>
      </w:pPr>
      <w:r>
        <w:t>Task 2 – Self-Study Vocabulary &amp; Grammar</w:t>
      </w:r>
    </w:p>
    <w:p w:rsidR="008E43A9" w:rsidRDefault="008C3C10">
      <w:r>
        <w:t>Part A: Vocabulary Practice</w:t>
      </w:r>
    </w:p>
    <w:p w:rsidR="008E43A9" w:rsidRDefault="008C3C10">
      <w:r>
        <w:t>Match the English words with their Chinese meanings and use each word in a past tense sentence.</w:t>
      </w:r>
      <w:r>
        <w:br/>
        <w:t>Example:</w:t>
      </w:r>
      <w:r>
        <w:br/>
        <w:t>Word: science / Meaning: 科學 / Sentence: I studied science yesterday.</w:t>
      </w:r>
      <w:r>
        <w:br/>
        <w:t>(Students complete a chart individually or in pairs)</w:t>
      </w:r>
    </w:p>
    <w:p w:rsidR="008E43A9" w:rsidRDefault="008C3C10">
      <w:r>
        <w:t>Part B: Grammar Practice</w:t>
      </w:r>
    </w:p>
    <w:p w:rsidR="003A0CD1" w:rsidRDefault="003A0CD1">
      <w:bookmarkStart w:id="0" w:name="_GoBack"/>
      <w:bookmarkEnd w:id="0"/>
    </w:p>
    <w:p w:rsidR="008E43A9" w:rsidRDefault="008C3C10">
      <w:r>
        <w:t>1. Choose the correct past tense form:</w:t>
      </w:r>
      <w:r>
        <w:br/>
        <w:t>( ) I am / was very tired yesterday.</w:t>
      </w:r>
      <w:r>
        <w:br/>
        <w:t>( ) They play / played games at the camp.</w:t>
      </w:r>
      <w:r>
        <w:br/>
        <w:t>( ) Leo don’t / didn’t write the letter.</w:t>
      </w:r>
      <w:r>
        <w:br/>
      </w:r>
      <w:r>
        <w:br/>
        <w:t>2. Fill in the blanks with correct past tense:</w:t>
      </w:r>
      <w:r>
        <w:br/>
        <w:t>a. He ______ (go) to the museum last Sunday.</w:t>
      </w:r>
      <w:r>
        <w:br/>
        <w:t>b. They ______ (not have) art class last week.</w:t>
      </w:r>
      <w:r>
        <w:br/>
        <w:t>c. ______ you ______ (visit) your cousin yesterday?</w:t>
      </w:r>
      <w:r>
        <w:br/>
        <w:t>d. What ______ Leo ______ (do) at the end of the story?</w:t>
      </w:r>
    </w:p>
    <w:p w:rsidR="008E43A9" w:rsidRDefault="008C3C10">
      <w:pPr>
        <w:pStyle w:val="21"/>
      </w:pPr>
      <w:r>
        <w:t>Task 3 – Student Thinking</w:t>
      </w:r>
    </w:p>
    <w:p w:rsidR="008E43A9" w:rsidRDefault="008C3C10">
      <w:r>
        <w:t>Read the story again and answer:</w:t>
      </w:r>
      <w:r>
        <w:br/>
        <w:t>1. Why was Leo’s letter writing a problem?</w:t>
      </w:r>
      <w:r>
        <w:br/>
        <w:t>2. What did Monkey, Mouse, and Owl each do to help?</w:t>
      </w:r>
      <w:r>
        <w:br/>
        <w:t>3. Which letter do you think was the best? Why?</w:t>
      </w:r>
      <w:r>
        <w:br/>
        <w:t>4. What did Leo learn in the end?</w:t>
      </w:r>
      <w:r>
        <w:br/>
        <w:t>5. What can YOU learn from this story?</w:t>
      </w:r>
    </w:p>
    <w:p w:rsidR="008E43A9" w:rsidRDefault="008C3C10">
      <w:pPr>
        <w:pStyle w:val="21"/>
      </w:pPr>
      <w:r>
        <w:t>Task 4 – Group Discussion</w:t>
      </w:r>
    </w:p>
    <w:p w:rsidR="008E43A9" w:rsidRDefault="008C3C10">
      <w:r>
        <w:t>In your group, discuss these questions:</w:t>
      </w:r>
      <w:r>
        <w:br/>
        <w:t>- Which letter was the most helpful and why?</w:t>
      </w:r>
      <w:r>
        <w:br/>
        <w:t>- Have you ever helped a friend with a problem like this?</w:t>
      </w:r>
      <w:r>
        <w:br/>
      </w:r>
      <w:r>
        <w:lastRenderedPageBreak/>
        <w:t>- If you were Leo, what would YOU write in the letter?</w:t>
      </w:r>
      <w:r>
        <w:br/>
        <w:t>Each member shares one opinion. Use this sentence pattern:</w:t>
      </w:r>
      <w:r>
        <w:br/>
        <w:t>“I think ___ because ___.”</w:t>
      </w:r>
    </w:p>
    <w:p w:rsidR="008E43A9" w:rsidRDefault="008C3C10">
      <w:pPr>
        <w:pStyle w:val="21"/>
      </w:pPr>
      <w:r>
        <w:t>Task 5 – Student Presentation</w:t>
      </w:r>
    </w:p>
    <w:p w:rsidR="008E43A9" w:rsidRDefault="008C3C10">
      <w:r>
        <w:t>Choose a speaker to present your group's best letter to Penny.</w:t>
      </w:r>
      <w:r>
        <w:br/>
        <w:t>Use the sentence:</w:t>
      </w:r>
      <w:r>
        <w:br/>
        <w:t>“Dear Penny, I want to be your friend because…”</w:t>
      </w:r>
      <w:r>
        <w:br/>
        <w:t>Be creative and try to use some vocabulary from today’s lesson!</w:t>
      </w:r>
    </w:p>
    <w:p w:rsidR="008E43A9" w:rsidRDefault="008C3C10">
      <w:pPr>
        <w:pStyle w:val="21"/>
      </w:pPr>
      <w:r>
        <w:t>Task 6 – Teacher Synthesis</w:t>
      </w:r>
    </w:p>
    <w:p w:rsidR="008E43A9" w:rsidRDefault="008C3C10">
      <w:r>
        <w:t>Let’s review what we learned today:</w:t>
      </w:r>
      <w:r>
        <w:br/>
        <w:t>- Why is it important to ask for help?</w:t>
      </w:r>
      <w:r>
        <w:br/>
        <w:t>- What can we do when we face problems like Leo?</w:t>
      </w:r>
      <w:r>
        <w:br/>
        <w:t>- Which new words or grammar did you use today?</w:t>
      </w:r>
      <w:r>
        <w:br/>
        <w:t>Class Reflection: Raise your hand and share one thing you learned from today’s lesson.</w:t>
      </w:r>
    </w:p>
    <w:p w:rsidR="008E43A9" w:rsidRDefault="008C3C10">
      <w:pPr>
        <w:pStyle w:val="21"/>
      </w:pPr>
      <w:r>
        <w:t>Task 7 – Wrap-Up Activity: Word &amp; Grammar Board Race</w:t>
      </w:r>
    </w:p>
    <w:p w:rsidR="008E43A9" w:rsidRDefault="008C3C10">
      <w:r>
        <w:t>Materials: small whiteboards or mini chalkboards, markers</w:t>
      </w:r>
      <w:r>
        <w:br/>
        <w:t>1. The teacher reads a sentence with a missing word or incorrect grammar.</w:t>
      </w:r>
      <w:r>
        <w:br/>
        <w:t>2. Students write the correct word or sentence on their whiteboard.</w:t>
      </w:r>
      <w:r>
        <w:br/>
        <w:t>3. When the teacher says “Show!”, everyone raises their board.</w:t>
      </w:r>
      <w:r>
        <w:br/>
        <w:t>4. Points are given for correct spelling, vocabulary use, and grammar.</w:t>
      </w:r>
      <w:r>
        <w:br/>
      </w:r>
      <w:r>
        <w:br/>
        <w:t>Examples:</w:t>
      </w:r>
      <w:r>
        <w:br/>
        <w:t>a. “Yesterday, I ____ (go) to the camp.” → went</w:t>
      </w:r>
      <w:r>
        <w:br/>
        <w:t>b. “He don’t like science.” → He didn’t like science.</w:t>
      </w:r>
      <w:r>
        <w:br/>
        <w:t>c. “We share snacks and ____ (climb) trees.” → climbed</w:t>
      </w:r>
    </w:p>
    <w:sectPr w:rsidR="008E43A9" w:rsidSect="006E4995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3A0CD1"/>
    <w:rsid w:val="006C4BF7"/>
    <w:rsid w:val="006E4995"/>
    <w:rsid w:val="008C3C10"/>
    <w:rsid w:val="008E43A9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E82EA8A"/>
  <w14:defaultImageDpi w14:val="300"/>
  <w15:docId w15:val="{97495DEC-5694-4041-B7E1-89210E6867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FC693F"/>
    <w:rPr>
      <w:rFonts w:ascii="Arial" w:eastAsia="Arial" w:hAnsi="Arial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頁首 字元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頁尾 字元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標題 1 字元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標題 2 字元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標題 3 字元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標題 字元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副標題 字元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本文 字元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本文 2 字元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本文 3 字元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巨集文字 字元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引文 字元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標題 4 字元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標題 5 字元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標題 6 字元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標題 7 字元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標題 8 字元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標題 9 字元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afa">
    <w:name w:val="Intense Quote"/>
    <w:basedOn w:val="a1"/>
    <w:next w:val="a1"/>
    <w:link w:val="afb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b">
    <w:name w:val="鮮明引文 字元"/>
    <w:basedOn w:val="a2"/>
    <w:link w:val="afa"/>
    <w:uiPriority w:val="30"/>
    <w:rsid w:val="00FC693F"/>
    <w:rPr>
      <w:b/>
      <w:bCs/>
      <w:i/>
      <w:iCs/>
      <w:color w:val="4F81BD" w:themeColor="accent1"/>
    </w:rPr>
  </w:style>
  <w:style w:type="character" w:styleId="afc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d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e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f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f0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1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2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3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4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5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7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8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9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6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7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8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9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81FC064-674D-4F5B-9BC9-2F3974915D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254</TotalTime>
  <Pages>1</Pages>
  <Words>454</Words>
  <Characters>2592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3040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Sammi</cp:lastModifiedBy>
  <cp:revision>4</cp:revision>
  <dcterms:created xsi:type="dcterms:W3CDTF">2013-12-23T23:15:00Z</dcterms:created>
  <dcterms:modified xsi:type="dcterms:W3CDTF">2025-05-15T18:04:00Z</dcterms:modified>
  <cp:category/>
</cp:coreProperties>
</file>